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הסרט ואת הרגשות של הדמות הראשית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להתמדה, כישלון והצלחה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בעל פה ובכתב מחשבות על חלומות ועל עזרה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להיות כלבת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בבית הספר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לא עוברת את המבחן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קטנה מכל הכלבים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שהיא מתקשה ונכשלת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של כלב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עיוורים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כישלון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(עוזר לאדם עיוור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(להמשיך לנסות)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(כשלא מצליחים בפעם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(משהו שרוצים להשיג)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פיפ חולמת להיות כלבת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פיפ מתאמנת ומתקשה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פיפ לא עוברת את המבחן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פיפ ממשיכה לנסות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עידוד, אמונה בה, שלא תוותר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רוצה להיות כלבת נחייה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עוברת, אבל ממשיכה לנסות ומצליחה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 בנקודת הכישלון במבחן ולשוחח על הרגשות לפני המשך הצפייה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לענות בעל פה לפני הכתיבה, במיוחד בשאלות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כמות הפריטים המסומנים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הסרט על פיפ, כלבה קטנה שחולמת להיות כלבת נחייה. נדבר על הקשיים שלה, על הרגשות שלה ועל הדרך שלה להצליח.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כישלון  ·  נחייה  ·  עיוורים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החלום של פיפ?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להיות כלבת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לרוץ מהר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לזכות בתחרות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פיפ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 הספר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ספר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לפיפ במבחן?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עוברת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לא עוברת את 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לא מגיעה למבחן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היא הכלבה הגדולה ביותר בבית הספר לכלבי נחייה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מתקשה באימונים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כלב נחייה עוזר לאנשים עיוורים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פיפ חולמת להיות כלבת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כלב נחייה עוזר לאנשים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כשמשהו לא מצליח בפעם הראשונה זה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כלב נחייה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כשלא מצליחים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משהו שרוצים להשיג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כישלון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להמשיך לנסות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 לאדם עיוור ללכת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ממשיכה לנסות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לא עוברת את המבחן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חולמת להיות כלבת נחייה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מתאמנת ומתקשה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 אומר/ת לפיפ כשהיא הייתה עצובה אחרי המבחן?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החלום של פיפ?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לה במבחן, ואיך היא ממשיכה?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פיפ – כלבה קטנה עם חלום 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