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הסרט ואת הרגשות של הדמות הראשית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להתמדה, כישלון והצלחה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בעל פה ובכתב מחשבות על חלומות ועל עזרה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להיות כלבת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בבית הספר לכלבי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לא עוברת את המבחן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ברגע אמיתי ברחוב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כמעט בלי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קטנה מכל הכלבים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שהיא מתקשה ונכשלת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ממשיכה ומוכיחה את עצמה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תפקידו של כלב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היא מוכיחה את מה שיש לה בלב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עיוורים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כישלון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נכשלת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(עוזר לאדם עיוור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(להמשיך לנסות)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(כשלא מצליחים בפעם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(משהו שרוצים להשיג)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(תרגול כדי להשתפר)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פיפ חולמת להיות כלבת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פיפ מתאמנת ומתקשה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פיפ לא עוברת את המבחן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פיפ ממשיכה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פיפ מוכיחה את עצמה ברגע אמיתי ברחוב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עידוד, אמונה בה, שלא תוותר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גם אם נכשלים בפעם הראשונה אפשר להמשיך לנסות ולהצליח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רוצה להיות כלבת נחייה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עוברת, אבל ממשיכה לנסות ומצליחה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לעצור את הסרט בנקודת הכישלון במבחן ולשוחח על הרגשות לפני המשך הצפייה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לענות בעל פה לפני הכתיבה, במיוחד בשאלות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כמות הפריטים המסומנים לפי רמת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פיפ היא כלבה קטנה. היא רוצה להיות כלבת נחייה. היא מתאמנת, נכשלת, ומנסה שוב. בדף נענה על שאלות על הסרט.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כלב נחייה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שעוזר לאדם עיוור ללכת ברחוב בבטחה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גם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כדי להשתפר במשהו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כישלון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כשמשהו לא מצליח בפעם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הצלחה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כשמשהו כן מצליח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שרוצים להשיג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עיוור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שלא רואה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עזרה לאחר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משהו טוב בשביל מישהו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פיפ רוצה להיות?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כלבת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מהר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לזכות בתחרות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לאכול הרבה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פיפ לומדת?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הספר לכלבי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ספר לריקוד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פיפ מצליחה במבחן?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עוברת בקלות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לא עוברת את המבחן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מגיעה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עוזבת את האימונים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פיפ מראה שהיא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ברגע אמיתי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בתחרות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דיבור יש בסרט?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כמעט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היא הכלבה הגדולה ביותר בבית הספר לכלבי נחייה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מתקשה באימונים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מפסיקה לנסות אחרי הכישלון במבחן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נחייה עוזר לאנשים עיוורים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מצליחה ברגע אמיתי ברחוב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פיפ חולמת להיות כלבת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כלב נחייה עוזר לאנשים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כשמשהו לא מצליח בפעם הראשונה 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להמשיך לנסות גם כשקשה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פיפ __________ באימונים אבל ממשיכה לנסות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 נחייה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כשלא מצליחים בפעם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לאדם עיוור ללכת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כישלון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להמשיך לנסות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תרגול כדי להשתפר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משהו שרוצים להשיג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מתאמנת ומתקשה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מוכיחה את עצמה ברגע אמיתי ברחוב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ממשיכה לנסות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חולמת להיות כלבת נחייה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לא עוברת את המבחן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 אומר/ת לפיפ כשהיא הייתה עצובה אחרי המבחן?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למדתם מהסיפור של פיפ על כישלון והצלחה?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החלום של פיפ?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לה במבחן, ואיך היא ממשיכה?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שהכי מתארת את פיפ - התמדה, פחד או כעס?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פיפ – כלבה קטנה עם חלום גדול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